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צורך, רצון או תלוי?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צורך לרצון בצרכנות יומיומית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שיש מוצרים שתלויים במצב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החלטות צרכניות מושכלות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מיון: צורך, רצון או תלוי?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תלוי במצב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צורך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מוצרים שתלויים במצב האישי ובנסיבות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בריאות היא צורך בסיסי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מכונת כביסה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תלוי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מוצר וקטגוריה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(תלוי במצב)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(צורך)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לפני שקונים - תכננו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אם יש כבר מוצר דומה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לשאול את עצמי אם זה צורך, רצון או תלוי במצב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לבדוק את התקציב שיש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להחליט אם באמת כדאי לקנות עכשיו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יבחר מוצר כמו טלפון, בגדים או משחק, ויסביר בבהירות שתי נסיבות שונות - אחת שבה זה צורך ואחת שבה זה רצון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נכון דוגמה לצורך בסיסי כמו אוכל או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 שתי נסיבות שונות למוצר שתלוי במצב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מבין שההבדלה עוזרת לתכנן תקציב ולהימנע מהוצאות מיותרות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כיתתי קצר עם דוגמאות מהחיים של התלמידים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שאין תשובה אחת נכונה למוצרים שתלויים במצב, והדיון עצמו חשוב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ההתאמה והמיון כדי לעודד שיח ונימוק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צורך, רצון או תלוי?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כל יום אנחנו פוגשים מוצרים ושירותים שונים, ולפעמים קשה להחליט אם מדובר בדבר הכרחי או בדבר שרק בא לנו. בדף הזה נתרגל למיין מוצרים לקטגוריות: צורך, רצון, או תלוי במצב.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פיצה  ·  מכונת כביסה  ·  תלוי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מיון: צורך, רצון או תלוי?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לחם ללחמניה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תלוי במצב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פיצה שמזמינים הביתה בערב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תלוי במצב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מים לשתייה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תלוי במצב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צורך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מוצר אפשר לסווג בוודאות כצורך או כרצון, בלי שום ספק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תרופה כשחולים היא בדרך כלל צורך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קניית __________ חדשה כשהישנה מקולקלת לגמרי היא לרוב צורך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לצאת לאכול __________ בחוץ כשיש אוכל בבית נחשב בדרך כלל לרצון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מוצר כמו מחשב יכול להיות __________ במצב, תלוי אם צריך אותו ללימודים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התאמה: מוצר וקטגוריה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לחם וחלב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משחק וידאו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בגדים לעונה החדשה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תרופה למחלה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תלוי במצב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לפני שקונים - תכננו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לשאול את עצמי אם זה צורך, רצון או תלוי במצב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אם יש כבר מוצר דומה בבית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להחליט אם באמת כדאי לקנות עכשיו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את התקציב שיש 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מוצר אחד מהחיים שלכם שלדעתכם הוא תלוי במצב, והסבירו מתי הוא יהיה צורך ומתי רצון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למוצר שהוא צורך בסיסי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למוצר שהוא תלוי במצב, והסבירו 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צורך, רצון או תלוי?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