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או תלוי?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בצרכנות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שיש מוצרים שתלויים במצב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צרכניות מושכלות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מיון: צורך, רצון או תלוי?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תלוי במצב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מוצרים שתלויים במצב האישי ובנסיבות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בריאות היא צורך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בגדים בסיסיים הם צורך, אבל מותג יוקרתי הוא בדרך כלל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תלוי אם יש צורך לימודי אמיתי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האוכל הביתי מספק את הצורך הבסיסי בתזונה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מכונת כביסה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מוצר וקטגוריה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(תלוי במצב)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(תלוי במצב)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לפני שקונים - תכננו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יש כבר מוצר דומה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את עצמי אם זה צורך, רצון או תלוי במצב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את התקציב שיש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להחליט אם באמת כדאי לקנות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לבצע את הקנייה בצורה מושכלת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יבחר מוצר כמו טלפון, בגדים או משחק, ויסביר בבהירות שתי נסיבות שונות - אחת שבה זה צורך ואחת שבה זה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תלמיד/ה יתאר חוויה אישית ויסביר מה גרם לו לחשוב בטעות שזה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דוגמה לצורך בסיסי כמו אוכל או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שתי נסיבות שונות למוצר שתלוי במצב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 שההבדלה עוזרת לתכנן תקציב ולהימנע מהוצאות מיותרות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כיתתי קצר עם דוגמאות מהחיים של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אחת נכונה למוצרים שתלויים במצב, והדיון עצמו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והמיון כדי לעודד שיח ונימוק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צורך, רצון או תלוי?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יום אנחנו פוגשים מוצרים ושירותים שונים, ולפעמים קשה להחליט אם מדובר בדבר הכרחי או בדבר שרק בא לנו. בדף הזה נתרגל למיין מוצרים לקטגוריות: צורך, רצון, או תלוי במצב.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מיון: צורך, רצון או תלוי?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לחם ללחמניה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פיצה שמזמינים הביתה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נעליים חדשות כשהישנות קרועות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טלפון נייד חדיש ויקר כשיש לך כבר טלפון תקין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תלוי במצב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הכרחי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מוצר אפשר לסווג בוודאות כצורך או כרצון, בלי שום ספק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תרופה כשחולים היא בדרך כלל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בגדים יוקרתיים ומותגים הם תמיד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 ללימודים יכול להיות גם צורך וגם תלוי במצב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ביתי זול הוא צורך בסיסי יותר מאשר ארוחה במסעדה יקרה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קניית __________ חדשה כשהישנה מקולקלת לגמרי היא לרוב 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לצאת לאכול __________ בחוץ כשיש אוכל בבית נחשב בדרך כלל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 כמו מחשב יכול להיות __________ במצב, תלוי אם צריך אותו ללימודים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החלטה צרכנית נבונה מבוססת על הבדלה בין צורך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קנייה כדאי לשאול את עצמנו אם זה __________ אמיתי או רק בא 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מוצר וקטגוריה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 וחלב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תלוי במצב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משחק וידאו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בגדים לעונה החדשה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תרופה למחלה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ממתק בקופת הסופר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טלפון נייד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תלוי במצב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לפני שקונים - תכננו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את עצמי אם זה צורך, רצון או תלוי במצב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לבצע את הקנייה בצורה מושכלת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אם באמת כדאי לקנות עכשיו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כבר מוצר דומה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את התקציב שיש 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מוצר אחד מהחיים שלכם שלדעתכם הוא תלוי במצב, והסבירו מתי הוא יהיה צורך ומתי רצון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על מצב שבו קניתם משהו שחשבתם שהוא צורך, אבל בדיעבד הבנתם שזה היה רצון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למוצר שהוא צורך בסיסי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למוצר שהוא תלוי במצב, והסבירו 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להבדיל בין צורך לרצון לפני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צורך, רצון או תלוי?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